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D95E7" w14:textId="77777777" w:rsidR="006C3848" w:rsidRPr="00E21035" w:rsidRDefault="00000000">
      <w:pPr>
        <w:jc w:val="center"/>
        <w:rPr>
          <w:lang w:val="es-PE"/>
        </w:rPr>
      </w:pPr>
      <w:r w:rsidRPr="00E21035">
        <w:rPr>
          <w:rFonts w:cs="Times New Roman"/>
          <w:b/>
          <w:lang w:val="es-PE"/>
        </w:rPr>
        <w:t>Inventario Multidimensional de Infidelidad – Versión Corta (MII-S)</w:t>
      </w:r>
    </w:p>
    <w:p w14:paraId="1B6C7F0F" w14:textId="77777777" w:rsidR="006C3848" w:rsidRPr="00E21035" w:rsidRDefault="00000000">
      <w:pPr>
        <w:jc w:val="center"/>
        <w:rPr>
          <w:lang w:val="es-PE"/>
        </w:rPr>
      </w:pPr>
      <w:r w:rsidRPr="00E21035">
        <w:rPr>
          <w:rFonts w:cs="Times New Roman"/>
          <w:b/>
          <w:i/>
          <w:lang w:val="es-PE"/>
        </w:rPr>
        <w:t xml:space="preserve">Aviso: </w:t>
      </w:r>
      <w:r w:rsidRPr="00E21035">
        <w:rPr>
          <w:rFonts w:cs="Times New Roman"/>
          <w:i/>
          <w:lang w:val="es-PE"/>
        </w:rPr>
        <w:t>el manuscrito que sustenta esta versión se encuentra actualmente en revisión en una revista científica indexada. El análisis psicométrico del instrumento se realizó mediante psicometría de redes (</w:t>
      </w:r>
      <w:proofErr w:type="spellStart"/>
      <w:r w:rsidRPr="00E21035">
        <w:rPr>
          <w:rFonts w:cs="Times New Roman"/>
          <w:i/>
          <w:lang w:val="es-PE"/>
        </w:rPr>
        <w:t>Exploratory</w:t>
      </w:r>
      <w:proofErr w:type="spellEnd"/>
      <w:r w:rsidRPr="00E21035">
        <w:rPr>
          <w:rFonts w:cs="Times New Roman"/>
          <w:i/>
          <w:lang w:val="es-PE"/>
        </w:rPr>
        <w:t xml:space="preserve"> Graph </w:t>
      </w:r>
      <w:proofErr w:type="spellStart"/>
      <w:r w:rsidRPr="00E21035">
        <w:rPr>
          <w:rFonts w:cs="Times New Roman"/>
          <w:i/>
          <w:lang w:val="es-PE"/>
        </w:rPr>
        <w:t>Analysis</w:t>
      </w:r>
      <w:proofErr w:type="spellEnd"/>
      <w:r w:rsidRPr="00E21035">
        <w:rPr>
          <w:rFonts w:cs="Times New Roman"/>
          <w:i/>
          <w:lang w:val="es-PE"/>
        </w:rPr>
        <w:t xml:space="preserve"> y modelos de red latente). Hasta su publicación, esta versión debe considerarse preliminar y citarse como documento en evaluación.</w:t>
      </w:r>
    </w:p>
    <w:p w14:paraId="2C532883" w14:textId="77777777" w:rsidR="006C3848" w:rsidRPr="00E21035" w:rsidRDefault="006C3848">
      <w:pPr>
        <w:rPr>
          <w:lang w:val="es-PE"/>
        </w:rPr>
      </w:pPr>
    </w:p>
    <w:p w14:paraId="0D45E234" w14:textId="77777777" w:rsidR="006C3848" w:rsidRPr="00E21035" w:rsidRDefault="00000000">
      <w:pPr>
        <w:rPr>
          <w:lang w:val="es-PE"/>
        </w:rPr>
      </w:pPr>
      <w:r w:rsidRPr="00E21035">
        <w:rPr>
          <w:rFonts w:cs="Times New Roman"/>
          <w:b/>
          <w:lang w:val="es-PE"/>
        </w:rPr>
        <w:t>Instrucciones:</w:t>
      </w:r>
    </w:p>
    <w:p w14:paraId="1C6B01BC" w14:textId="2DAE111F" w:rsidR="006C3848" w:rsidRPr="00E21035" w:rsidRDefault="00000000">
      <w:pPr>
        <w:rPr>
          <w:lang w:val="es-PE"/>
        </w:rPr>
      </w:pPr>
      <w:r w:rsidRPr="00E21035">
        <w:rPr>
          <w:rFonts w:cs="Times New Roman"/>
          <w:lang w:val="es-PE"/>
        </w:rPr>
        <w:t>A continuación, encontrará una serie de afirmaciones que presentan conductas, pensamientos y sentimientos que usted podría utilizar para describir su relación de pareja actual. Marque la opción que mejor refleje la frecuencia con la que se presenta cada situación, considerando la siguiente escala:</w:t>
      </w:r>
    </w:p>
    <w:tbl>
      <w:tblPr>
        <w:tblW w:w="0" w:type="auto"/>
        <w:jc w:val="center"/>
        <w:tblLook w:val="04A0" w:firstRow="1" w:lastRow="0" w:firstColumn="1" w:lastColumn="0" w:noHBand="0" w:noVBand="1"/>
      </w:tblPr>
      <w:tblGrid>
        <w:gridCol w:w="1768"/>
        <w:gridCol w:w="1768"/>
        <w:gridCol w:w="1768"/>
        <w:gridCol w:w="1869"/>
        <w:gridCol w:w="1768"/>
      </w:tblGrid>
      <w:tr w:rsidR="006C3848" w14:paraId="04127FD1" w14:textId="77777777">
        <w:trPr>
          <w:jc w:val="center"/>
        </w:trPr>
        <w:tc>
          <w:tcPr>
            <w:tcW w:w="17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2E4AC9" w14:textId="77777777" w:rsidR="006C3848" w:rsidRDefault="00000000">
            <w:pPr>
              <w:jc w:val="center"/>
            </w:pPr>
            <w:r>
              <w:rPr>
                <w:rFonts w:cs="Times New Roman"/>
                <w:b/>
              </w:rPr>
              <w:t>Nunca</w:t>
            </w:r>
          </w:p>
        </w:tc>
        <w:tc>
          <w:tcPr>
            <w:tcW w:w="17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F7D16C" w14:textId="77777777" w:rsidR="006C3848" w:rsidRDefault="00000000">
            <w:pPr>
              <w:jc w:val="center"/>
            </w:pPr>
            <w:r>
              <w:rPr>
                <w:rFonts w:cs="Times New Roman"/>
                <w:b/>
              </w:rPr>
              <w:t>Rara vez</w:t>
            </w:r>
          </w:p>
        </w:tc>
        <w:tc>
          <w:tcPr>
            <w:tcW w:w="17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29CBE4" w14:textId="77777777" w:rsidR="006C3848" w:rsidRDefault="00000000">
            <w:pPr>
              <w:jc w:val="center"/>
            </w:pPr>
            <w:r>
              <w:rPr>
                <w:rFonts w:cs="Times New Roman"/>
                <w:b/>
              </w:rPr>
              <w:t>Algunas veces</w:t>
            </w:r>
          </w:p>
        </w:tc>
        <w:tc>
          <w:tcPr>
            <w:tcW w:w="17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7FB162" w14:textId="77777777" w:rsidR="006C3848" w:rsidRDefault="00000000">
            <w:pPr>
              <w:jc w:val="center"/>
            </w:pPr>
            <w:r>
              <w:rPr>
                <w:rFonts w:cs="Times New Roman"/>
                <w:b/>
              </w:rPr>
              <w:t>Frecuentemente</w:t>
            </w:r>
          </w:p>
        </w:tc>
        <w:tc>
          <w:tcPr>
            <w:tcW w:w="17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4E85A" w14:textId="77777777" w:rsidR="006C3848" w:rsidRDefault="00000000">
            <w:pPr>
              <w:jc w:val="center"/>
            </w:pPr>
            <w:r>
              <w:rPr>
                <w:rFonts w:cs="Times New Roman"/>
                <w:b/>
              </w:rPr>
              <w:t>Siempre</w:t>
            </w:r>
          </w:p>
        </w:tc>
      </w:tr>
      <w:tr w:rsidR="006C3848" w14:paraId="1C65144D" w14:textId="77777777">
        <w:trPr>
          <w:jc w:val="center"/>
        </w:trPr>
        <w:tc>
          <w:tcPr>
            <w:tcW w:w="1768" w:type="dxa"/>
            <w:tcBorders>
              <w:top w:val="single" w:sz="4" w:space="0" w:color="000000"/>
              <w:left w:val="single" w:sz="4" w:space="0" w:color="000000"/>
              <w:bottom w:val="single" w:sz="4" w:space="0" w:color="000000"/>
              <w:right w:val="single" w:sz="4" w:space="0" w:color="000000"/>
            </w:tcBorders>
            <w:vAlign w:val="center"/>
          </w:tcPr>
          <w:p w14:paraId="54BE3477" w14:textId="77777777" w:rsidR="006C3848" w:rsidRDefault="00000000">
            <w:pPr>
              <w:jc w:val="center"/>
            </w:pPr>
            <w:r>
              <w:rPr>
                <w:rFonts w:cs="Times New Roman"/>
              </w:rPr>
              <w:t>1</w:t>
            </w:r>
          </w:p>
        </w:tc>
        <w:tc>
          <w:tcPr>
            <w:tcW w:w="1768" w:type="dxa"/>
            <w:tcBorders>
              <w:top w:val="single" w:sz="4" w:space="0" w:color="000000"/>
              <w:left w:val="single" w:sz="4" w:space="0" w:color="000000"/>
              <w:bottom w:val="single" w:sz="4" w:space="0" w:color="000000"/>
              <w:right w:val="single" w:sz="4" w:space="0" w:color="000000"/>
            </w:tcBorders>
            <w:vAlign w:val="center"/>
          </w:tcPr>
          <w:p w14:paraId="1FEF9445" w14:textId="77777777" w:rsidR="006C3848" w:rsidRDefault="00000000">
            <w:pPr>
              <w:jc w:val="center"/>
            </w:pPr>
            <w:r>
              <w:rPr>
                <w:rFonts w:cs="Times New Roman"/>
              </w:rPr>
              <w:t>2</w:t>
            </w:r>
          </w:p>
        </w:tc>
        <w:tc>
          <w:tcPr>
            <w:tcW w:w="1768" w:type="dxa"/>
            <w:tcBorders>
              <w:top w:val="single" w:sz="4" w:space="0" w:color="000000"/>
              <w:left w:val="single" w:sz="4" w:space="0" w:color="000000"/>
              <w:bottom w:val="single" w:sz="4" w:space="0" w:color="000000"/>
              <w:right w:val="single" w:sz="4" w:space="0" w:color="000000"/>
            </w:tcBorders>
            <w:vAlign w:val="center"/>
          </w:tcPr>
          <w:p w14:paraId="4517E924" w14:textId="77777777" w:rsidR="006C3848" w:rsidRDefault="00000000">
            <w:pPr>
              <w:jc w:val="center"/>
            </w:pPr>
            <w:r>
              <w:rPr>
                <w:rFonts w:cs="Times New Roman"/>
              </w:rPr>
              <w:t>3</w:t>
            </w:r>
          </w:p>
        </w:tc>
        <w:tc>
          <w:tcPr>
            <w:tcW w:w="1768" w:type="dxa"/>
            <w:tcBorders>
              <w:top w:val="single" w:sz="4" w:space="0" w:color="000000"/>
              <w:left w:val="single" w:sz="4" w:space="0" w:color="000000"/>
              <w:bottom w:val="single" w:sz="4" w:space="0" w:color="000000"/>
              <w:right w:val="single" w:sz="4" w:space="0" w:color="000000"/>
            </w:tcBorders>
            <w:vAlign w:val="center"/>
          </w:tcPr>
          <w:p w14:paraId="4157EE42" w14:textId="77777777" w:rsidR="006C3848" w:rsidRDefault="00000000">
            <w:pPr>
              <w:jc w:val="center"/>
            </w:pPr>
            <w:r>
              <w:rPr>
                <w:rFonts w:cs="Times New Roman"/>
              </w:rPr>
              <w:t>4</w:t>
            </w:r>
          </w:p>
        </w:tc>
        <w:tc>
          <w:tcPr>
            <w:tcW w:w="1768" w:type="dxa"/>
            <w:tcBorders>
              <w:top w:val="single" w:sz="4" w:space="0" w:color="000000"/>
              <w:left w:val="single" w:sz="4" w:space="0" w:color="000000"/>
              <w:bottom w:val="single" w:sz="4" w:space="0" w:color="000000"/>
              <w:right w:val="single" w:sz="4" w:space="0" w:color="000000"/>
            </w:tcBorders>
            <w:vAlign w:val="center"/>
          </w:tcPr>
          <w:p w14:paraId="655C2E32" w14:textId="77777777" w:rsidR="006C3848" w:rsidRDefault="00000000">
            <w:pPr>
              <w:jc w:val="center"/>
            </w:pPr>
            <w:r>
              <w:rPr>
                <w:rFonts w:cs="Times New Roman"/>
              </w:rPr>
              <w:t>5</w:t>
            </w:r>
          </w:p>
        </w:tc>
      </w:tr>
    </w:tbl>
    <w:p w14:paraId="6CC8832B" w14:textId="77777777" w:rsidR="006C3848" w:rsidRDefault="006C3848"/>
    <w:tbl>
      <w:tblPr>
        <w:tblW w:w="0" w:type="auto"/>
        <w:jc w:val="center"/>
        <w:tblLook w:val="04A0" w:firstRow="1" w:lastRow="0" w:firstColumn="1" w:lastColumn="0" w:noHBand="0" w:noVBand="1"/>
      </w:tblPr>
      <w:tblGrid>
        <w:gridCol w:w="5386"/>
        <w:gridCol w:w="680"/>
        <w:gridCol w:w="680"/>
        <w:gridCol w:w="680"/>
        <w:gridCol w:w="680"/>
        <w:gridCol w:w="680"/>
      </w:tblGrid>
      <w:tr w:rsidR="006C3848" w14:paraId="1015116A" w14:textId="77777777">
        <w:trPr>
          <w:jc w:val="center"/>
        </w:trPr>
        <w:tc>
          <w:tcPr>
            <w:tcW w:w="5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5D0779" w14:textId="77777777" w:rsidR="006C3848" w:rsidRDefault="00000000">
            <w:r>
              <w:rPr>
                <w:rFonts w:cs="Times New Roman"/>
                <w:b/>
              </w:rPr>
              <w:t>Ítems</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F49ABB" w14:textId="77777777" w:rsidR="006C3848" w:rsidRDefault="00000000">
            <w:pPr>
              <w:jc w:val="center"/>
            </w:pPr>
            <w:r>
              <w:rPr>
                <w:rFonts w:cs="Times New Roman"/>
                <w:b/>
              </w:rPr>
              <w:t>1</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E0AF61" w14:textId="77777777" w:rsidR="006C3848" w:rsidRDefault="00000000">
            <w:pPr>
              <w:jc w:val="center"/>
            </w:pPr>
            <w:r>
              <w:rPr>
                <w:rFonts w:cs="Times New Roman"/>
                <w:b/>
              </w:rPr>
              <w:t>2</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B505F7" w14:textId="77777777" w:rsidR="006C3848" w:rsidRDefault="00000000">
            <w:pPr>
              <w:jc w:val="center"/>
            </w:pPr>
            <w:r>
              <w:rPr>
                <w:rFonts w:cs="Times New Roman"/>
                <w:b/>
              </w:rPr>
              <w:t>3</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B2AA87" w14:textId="77777777" w:rsidR="006C3848" w:rsidRDefault="00000000">
            <w:pPr>
              <w:jc w:val="center"/>
            </w:pPr>
            <w:r>
              <w:rPr>
                <w:rFonts w:cs="Times New Roman"/>
                <w:b/>
              </w:rPr>
              <w:t>4</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44AFB2" w14:textId="77777777" w:rsidR="006C3848" w:rsidRDefault="00000000">
            <w:pPr>
              <w:jc w:val="center"/>
            </w:pPr>
            <w:r>
              <w:rPr>
                <w:rFonts w:cs="Times New Roman"/>
                <w:b/>
              </w:rPr>
              <w:t>5</w:t>
            </w:r>
          </w:p>
        </w:tc>
      </w:tr>
      <w:tr w:rsidR="006C3848" w14:paraId="6D72E008"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1349C981" w14:textId="77777777" w:rsidR="006C3848" w:rsidRPr="00E21035" w:rsidRDefault="00000000">
            <w:pPr>
              <w:rPr>
                <w:lang w:val="es-PE"/>
              </w:rPr>
            </w:pPr>
            <w:r w:rsidRPr="00E21035">
              <w:rPr>
                <w:rFonts w:cs="Times New Roman"/>
                <w:lang w:val="es-PE"/>
              </w:rPr>
              <w:t>1. He coqueteado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10C423F8"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4FA4AD38"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7B962C29"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4B291389"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01DF4551" w14:textId="77777777" w:rsidR="006C3848" w:rsidRDefault="00000000">
            <w:pPr>
              <w:jc w:val="center"/>
            </w:pPr>
            <w:r>
              <w:rPr>
                <w:rFonts w:cs="Times New Roman"/>
              </w:rPr>
              <w:t>5</w:t>
            </w:r>
          </w:p>
        </w:tc>
      </w:tr>
      <w:tr w:rsidR="006C3848" w14:paraId="4C42A313"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6B09882B" w14:textId="77777777" w:rsidR="006C3848" w:rsidRDefault="00000000">
            <w:r>
              <w:rPr>
                <w:rFonts w:cs="Times New Roman"/>
              </w:rPr>
              <w:t>2. He tenido otra(s) pareja(s) amorosa(s).</w:t>
            </w:r>
          </w:p>
        </w:tc>
        <w:tc>
          <w:tcPr>
            <w:tcW w:w="680" w:type="dxa"/>
            <w:tcBorders>
              <w:top w:val="single" w:sz="4" w:space="0" w:color="000000"/>
              <w:left w:val="single" w:sz="4" w:space="0" w:color="000000"/>
              <w:bottom w:val="single" w:sz="4" w:space="0" w:color="000000"/>
              <w:right w:val="single" w:sz="4" w:space="0" w:color="000000"/>
            </w:tcBorders>
            <w:vAlign w:val="center"/>
          </w:tcPr>
          <w:p w14:paraId="67B9D4BA"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F22CE31"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54D19D9"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09E570D4"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42262412" w14:textId="77777777" w:rsidR="006C3848" w:rsidRDefault="00000000">
            <w:pPr>
              <w:jc w:val="center"/>
            </w:pPr>
            <w:r>
              <w:rPr>
                <w:rFonts w:cs="Times New Roman"/>
              </w:rPr>
              <w:t>5</w:t>
            </w:r>
          </w:p>
        </w:tc>
      </w:tr>
      <w:tr w:rsidR="006C3848" w14:paraId="729F5555"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3376F641" w14:textId="77777777" w:rsidR="006C3848" w:rsidRPr="00E21035" w:rsidRDefault="00000000">
            <w:pPr>
              <w:rPr>
                <w:lang w:val="es-PE"/>
              </w:rPr>
            </w:pPr>
            <w:r w:rsidRPr="00E21035">
              <w:rPr>
                <w:rFonts w:cs="Times New Roman"/>
                <w:lang w:val="es-PE"/>
              </w:rPr>
              <w:t>3. Me he relacionado afectivamente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75D1FA18"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13746CCC"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747E8E2C"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36211370"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2DF3876E" w14:textId="77777777" w:rsidR="006C3848" w:rsidRDefault="00000000">
            <w:pPr>
              <w:jc w:val="center"/>
            </w:pPr>
            <w:r>
              <w:rPr>
                <w:rFonts w:cs="Times New Roman"/>
              </w:rPr>
              <w:t>5</w:t>
            </w:r>
          </w:p>
        </w:tc>
      </w:tr>
      <w:tr w:rsidR="006C3848" w14:paraId="1ADC6738"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65999DEE" w14:textId="77777777" w:rsidR="006C3848" w:rsidRPr="00E21035" w:rsidRDefault="00000000">
            <w:pPr>
              <w:rPr>
                <w:lang w:val="es-PE"/>
              </w:rPr>
            </w:pPr>
            <w:r w:rsidRPr="00E21035">
              <w:rPr>
                <w:rFonts w:cs="Times New Roman"/>
                <w:lang w:val="es-PE"/>
              </w:rPr>
              <w:t>4. Me he relacionado sentimentalmente con otra(s) persona(s).</w:t>
            </w:r>
          </w:p>
        </w:tc>
        <w:tc>
          <w:tcPr>
            <w:tcW w:w="680" w:type="dxa"/>
            <w:tcBorders>
              <w:top w:val="single" w:sz="4" w:space="0" w:color="000000"/>
              <w:left w:val="single" w:sz="4" w:space="0" w:color="000000"/>
              <w:bottom w:val="single" w:sz="4" w:space="0" w:color="000000"/>
              <w:right w:val="single" w:sz="4" w:space="0" w:color="000000"/>
            </w:tcBorders>
            <w:vAlign w:val="center"/>
          </w:tcPr>
          <w:p w14:paraId="514C9DA2"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03483875"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04AA8380"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1C837250"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79C522FE" w14:textId="77777777" w:rsidR="006C3848" w:rsidRDefault="00000000">
            <w:pPr>
              <w:jc w:val="center"/>
            </w:pPr>
            <w:r>
              <w:rPr>
                <w:rFonts w:cs="Times New Roman"/>
              </w:rPr>
              <w:t>5</w:t>
            </w:r>
          </w:p>
        </w:tc>
      </w:tr>
      <w:tr w:rsidR="006C3848" w14:paraId="72CDE11D"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147091A9" w14:textId="77777777" w:rsidR="006C3848" w:rsidRPr="00E21035" w:rsidRDefault="00000000">
            <w:pPr>
              <w:rPr>
                <w:lang w:val="es-PE"/>
              </w:rPr>
            </w:pPr>
            <w:r w:rsidRPr="00E21035">
              <w:rPr>
                <w:rFonts w:cs="Times New Roman"/>
                <w:lang w:val="es-PE"/>
              </w:rPr>
              <w:t>5. He amado a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3D90AA5B"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71E4341B"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AAFE1D9"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28782D5B"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2570C8A3" w14:textId="77777777" w:rsidR="006C3848" w:rsidRDefault="00000000">
            <w:pPr>
              <w:jc w:val="center"/>
            </w:pPr>
            <w:r>
              <w:rPr>
                <w:rFonts w:cs="Times New Roman"/>
              </w:rPr>
              <w:t>5</w:t>
            </w:r>
          </w:p>
        </w:tc>
      </w:tr>
      <w:tr w:rsidR="006C3848" w14:paraId="0D3677DC"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5F4215D0" w14:textId="77777777" w:rsidR="006C3848" w:rsidRPr="00E21035" w:rsidRDefault="00000000">
            <w:pPr>
              <w:rPr>
                <w:lang w:val="es-PE"/>
              </w:rPr>
            </w:pPr>
            <w:r w:rsidRPr="00E21035">
              <w:rPr>
                <w:rFonts w:cs="Times New Roman"/>
                <w:lang w:val="es-PE"/>
              </w:rPr>
              <w:t>6. Me he enamorado de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054BA535"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420D9129"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1D86A07F"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50C7F05E"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215D23E3" w14:textId="77777777" w:rsidR="006C3848" w:rsidRDefault="00000000">
            <w:pPr>
              <w:jc w:val="center"/>
            </w:pPr>
            <w:r>
              <w:rPr>
                <w:rFonts w:cs="Times New Roman"/>
              </w:rPr>
              <w:t>5</w:t>
            </w:r>
          </w:p>
        </w:tc>
      </w:tr>
      <w:tr w:rsidR="006C3848" w14:paraId="316D0807"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7DA0F5D4" w14:textId="77777777" w:rsidR="006C3848" w:rsidRPr="00E21035" w:rsidRDefault="00000000">
            <w:pPr>
              <w:rPr>
                <w:lang w:val="es-PE"/>
              </w:rPr>
            </w:pPr>
            <w:r w:rsidRPr="00E21035">
              <w:rPr>
                <w:rFonts w:cs="Times New Roman"/>
                <w:lang w:val="es-PE"/>
              </w:rPr>
              <w:t>7. He pensado en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2303CE16"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6405F66F"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3CBF55C"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5290BFFC"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1622002A" w14:textId="77777777" w:rsidR="006C3848" w:rsidRDefault="00000000">
            <w:pPr>
              <w:jc w:val="center"/>
            </w:pPr>
            <w:r>
              <w:rPr>
                <w:rFonts w:cs="Times New Roman"/>
              </w:rPr>
              <w:t>5</w:t>
            </w:r>
          </w:p>
        </w:tc>
      </w:tr>
      <w:tr w:rsidR="006C3848" w14:paraId="6014D94A"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3ED9B3EF" w14:textId="77777777" w:rsidR="006C3848" w:rsidRPr="00E21035" w:rsidRDefault="00000000">
            <w:pPr>
              <w:rPr>
                <w:lang w:val="es-PE"/>
              </w:rPr>
            </w:pPr>
            <w:r w:rsidRPr="00E21035">
              <w:rPr>
                <w:rFonts w:cs="Times New Roman"/>
                <w:lang w:val="es-PE"/>
              </w:rPr>
              <w:lastRenderedPageBreak/>
              <w:t>8. Me he interesado en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40D8A4ED"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23BEE6A"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60363BF0"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1BA64174"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5429BBC2" w14:textId="77777777" w:rsidR="006C3848" w:rsidRDefault="00000000">
            <w:pPr>
              <w:jc w:val="center"/>
            </w:pPr>
            <w:r>
              <w:rPr>
                <w:rFonts w:cs="Times New Roman"/>
              </w:rPr>
              <w:t>5</w:t>
            </w:r>
          </w:p>
        </w:tc>
      </w:tr>
      <w:tr w:rsidR="006C3848" w14:paraId="622FCCFF"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1AE0E798" w14:textId="77777777" w:rsidR="006C3848" w:rsidRPr="00E21035" w:rsidRDefault="00000000">
            <w:pPr>
              <w:rPr>
                <w:lang w:val="es-PE"/>
              </w:rPr>
            </w:pPr>
            <w:r w:rsidRPr="00E21035">
              <w:rPr>
                <w:rFonts w:cs="Times New Roman"/>
                <w:lang w:val="es-PE"/>
              </w:rPr>
              <w:t>9. He tenido relaciones sexuales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4121616D"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38A356B5"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6D423BDD"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20FF6C85"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01F2FF10" w14:textId="77777777" w:rsidR="006C3848" w:rsidRDefault="00000000">
            <w:pPr>
              <w:jc w:val="center"/>
            </w:pPr>
            <w:r>
              <w:rPr>
                <w:rFonts w:cs="Times New Roman"/>
              </w:rPr>
              <w:t>5</w:t>
            </w:r>
          </w:p>
        </w:tc>
      </w:tr>
      <w:tr w:rsidR="006C3848" w14:paraId="573F539B"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5ED837B7" w14:textId="77777777" w:rsidR="006C3848" w:rsidRPr="00E21035" w:rsidRDefault="00000000">
            <w:pPr>
              <w:rPr>
                <w:lang w:val="es-PE"/>
              </w:rPr>
            </w:pPr>
            <w:r w:rsidRPr="00E21035">
              <w:rPr>
                <w:rFonts w:cs="Times New Roman"/>
                <w:lang w:val="es-PE"/>
              </w:rPr>
              <w:t>10. He tenido contacto sexual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27DE5999"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18200E90"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20DB64D5"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1BB813E7"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7FE03432" w14:textId="77777777" w:rsidR="006C3848" w:rsidRDefault="00000000">
            <w:pPr>
              <w:jc w:val="center"/>
            </w:pPr>
            <w:r>
              <w:rPr>
                <w:rFonts w:cs="Times New Roman"/>
              </w:rPr>
              <w:t>5</w:t>
            </w:r>
          </w:p>
        </w:tc>
      </w:tr>
      <w:tr w:rsidR="006C3848" w14:paraId="36671A95"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33773B73" w14:textId="77777777" w:rsidR="006C3848" w:rsidRPr="00E21035" w:rsidRDefault="00000000">
            <w:pPr>
              <w:rPr>
                <w:lang w:val="es-PE"/>
              </w:rPr>
            </w:pPr>
            <w:r w:rsidRPr="00E21035">
              <w:rPr>
                <w:rFonts w:cs="Times New Roman"/>
                <w:i/>
                <w:lang w:val="es-PE"/>
              </w:rPr>
              <w:t>11. He deseado besar a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003071F7" w14:textId="77777777" w:rsidR="006C3848" w:rsidRDefault="00000000">
            <w:pPr>
              <w:jc w:val="center"/>
            </w:pPr>
            <w:r>
              <w:rPr>
                <w:rFonts w:cs="Times New Roman"/>
                <w:i/>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D90B345" w14:textId="77777777" w:rsidR="006C3848" w:rsidRDefault="00000000">
            <w:pPr>
              <w:jc w:val="center"/>
            </w:pPr>
            <w:r>
              <w:rPr>
                <w:rFonts w:cs="Times New Roman"/>
                <w:i/>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133A5428" w14:textId="77777777" w:rsidR="006C3848" w:rsidRDefault="00000000">
            <w:pPr>
              <w:jc w:val="center"/>
            </w:pPr>
            <w:r>
              <w:rPr>
                <w:rFonts w:cs="Times New Roman"/>
                <w:i/>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3FBB4E95" w14:textId="77777777" w:rsidR="006C3848" w:rsidRDefault="00000000">
            <w:pPr>
              <w:jc w:val="center"/>
            </w:pPr>
            <w:r>
              <w:rPr>
                <w:rFonts w:cs="Times New Roman"/>
                <w:i/>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0FC291FC" w14:textId="77777777" w:rsidR="006C3848" w:rsidRDefault="00000000">
            <w:pPr>
              <w:jc w:val="center"/>
            </w:pPr>
            <w:r>
              <w:rPr>
                <w:rFonts w:cs="Times New Roman"/>
                <w:i/>
              </w:rPr>
              <w:t>5</w:t>
            </w:r>
          </w:p>
        </w:tc>
      </w:tr>
      <w:tr w:rsidR="006C3848" w14:paraId="2BCCDF97"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2C739C26" w14:textId="77777777" w:rsidR="006C3848" w:rsidRPr="00E21035" w:rsidRDefault="00000000">
            <w:pPr>
              <w:rPr>
                <w:lang w:val="es-PE"/>
              </w:rPr>
            </w:pPr>
            <w:r w:rsidRPr="00E21035">
              <w:rPr>
                <w:rFonts w:cs="Times New Roman"/>
                <w:lang w:val="es-PE"/>
              </w:rPr>
              <w:t>12. He deseado tener relaciones sexuales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6A3A255C"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3B8262B"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A9D211A"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590BC859"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3411D95F" w14:textId="77777777" w:rsidR="006C3848" w:rsidRDefault="00000000">
            <w:pPr>
              <w:jc w:val="center"/>
            </w:pPr>
            <w:r>
              <w:rPr>
                <w:rFonts w:cs="Times New Roman"/>
              </w:rPr>
              <w:t>5</w:t>
            </w:r>
          </w:p>
        </w:tc>
      </w:tr>
      <w:tr w:rsidR="006C3848" w14:paraId="195008A5"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6DAA61AB" w14:textId="77777777" w:rsidR="006C3848" w:rsidRPr="00E21035" w:rsidRDefault="00000000">
            <w:pPr>
              <w:rPr>
                <w:lang w:val="es-PE"/>
              </w:rPr>
            </w:pPr>
            <w:r w:rsidRPr="00E21035">
              <w:rPr>
                <w:rFonts w:cs="Times New Roman"/>
                <w:lang w:val="es-PE"/>
              </w:rPr>
              <w:t>13. He deseado tener contacto sexual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3C71D7B4"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766CF485"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4CED943E"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515CE72A"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741D0B86" w14:textId="77777777" w:rsidR="006C3848" w:rsidRDefault="00000000">
            <w:pPr>
              <w:jc w:val="center"/>
            </w:pPr>
            <w:r>
              <w:rPr>
                <w:rFonts w:cs="Times New Roman"/>
              </w:rPr>
              <w:t>5</w:t>
            </w:r>
          </w:p>
        </w:tc>
      </w:tr>
      <w:tr w:rsidR="006C3848" w14:paraId="49D64AD6"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2E686A40" w14:textId="77777777" w:rsidR="006C3848" w:rsidRPr="00E21035" w:rsidRDefault="00000000">
            <w:pPr>
              <w:rPr>
                <w:lang w:val="es-PE"/>
              </w:rPr>
            </w:pPr>
            <w:r w:rsidRPr="00E21035">
              <w:rPr>
                <w:rFonts w:cs="Times New Roman"/>
                <w:i/>
                <w:lang w:val="es-PE"/>
              </w:rPr>
              <w:t>14. He deseado tener relaciones extramaritales.</w:t>
            </w:r>
          </w:p>
        </w:tc>
        <w:tc>
          <w:tcPr>
            <w:tcW w:w="680" w:type="dxa"/>
            <w:tcBorders>
              <w:top w:val="single" w:sz="4" w:space="0" w:color="000000"/>
              <w:left w:val="single" w:sz="4" w:space="0" w:color="000000"/>
              <w:bottom w:val="single" w:sz="4" w:space="0" w:color="000000"/>
              <w:right w:val="single" w:sz="4" w:space="0" w:color="000000"/>
            </w:tcBorders>
            <w:vAlign w:val="center"/>
          </w:tcPr>
          <w:p w14:paraId="76C0D796" w14:textId="77777777" w:rsidR="006C3848" w:rsidRDefault="00000000">
            <w:pPr>
              <w:jc w:val="center"/>
            </w:pPr>
            <w:r>
              <w:rPr>
                <w:rFonts w:cs="Times New Roman"/>
                <w:i/>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F1B9A7D" w14:textId="77777777" w:rsidR="006C3848" w:rsidRDefault="00000000">
            <w:pPr>
              <w:jc w:val="center"/>
            </w:pPr>
            <w:r>
              <w:rPr>
                <w:rFonts w:cs="Times New Roman"/>
                <w:i/>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41029722" w14:textId="77777777" w:rsidR="006C3848" w:rsidRDefault="00000000">
            <w:pPr>
              <w:jc w:val="center"/>
            </w:pPr>
            <w:r>
              <w:rPr>
                <w:rFonts w:cs="Times New Roman"/>
                <w:i/>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1B6CD882" w14:textId="77777777" w:rsidR="006C3848" w:rsidRDefault="00000000">
            <w:pPr>
              <w:jc w:val="center"/>
            </w:pPr>
            <w:r>
              <w:rPr>
                <w:rFonts w:cs="Times New Roman"/>
                <w:i/>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39BAAEF2" w14:textId="77777777" w:rsidR="006C3848" w:rsidRDefault="00000000">
            <w:pPr>
              <w:jc w:val="center"/>
            </w:pPr>
            <w:r>
              <w:rPr>
                <w:rFonts w:cs="Times New Roman"/>
                <w:i/>
              </w:rPr>
              <w:t>5</w:t>
            </w:r>
          </w:p>
        </w:tc>
      </w:tr>
      <w:tr w:rsidR="006C3848" w14:paraId="71971942"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3D01D42D" w14:textId="77777777" w:rsidR="006C3848" w:rsidRPr="00E21035" w:rsidRDefault="00000000">
            <w:pPr>
              <w:rPr>
                <w:lang w:val="es-PE"/>
              </w:rPr>
            </w:pPr>
            <w:r w:rsidRPr="00E21035">
              <w:rPr>
                <w:rFonts w:cs="Times New Roman"/>
                <w:lang w:val="es-PE"/>
              </w:rPr>
              <w:t>15. He deseado cumplir mis fantasías sexuales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0A35936C"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44655E3E"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7FDD395A"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64EE20D0"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1E6DB3CA" w14:textId="77777777" w:rsidR="006C3848" w:rsidRDefault="00000000">
            <w:pPr>
              <w:jc w:val="center"/>
            </w:pPr>
            <w:r>
              <w:rPr>
                <w:rFonts w:cs="Times New Roman"/>
              </w:rPr>
              <w:t>5</w:t>
            </w:r>
          </w:p>
        </w:tc>
      </w:tr>
      <w:tr w:rsidR="006C3848" w14:paraId="1C704E4B"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4CB0E0C0" w14:textId="77777777" w:rsidR="006C3848" w:rsidRPr="00E21035" w:rsidRDefault="00000000">
            <w:pPr>
              <w:rPr>
                <w:lang w:val="es-PE"/>
              </w:rPr>
            </w:pPr>
            <w:r w:rsidRPr="00E21035">
              <w:rPr>
                <w:rFonts w:cs="Times New Roman"/>
                <w:lang w:val="es-PE"/>
              </w:rPr>
              <w:t>16. Me he sentido atraído por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38AB159E"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16692F82"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C505149"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104B4D2A"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33DC1076" w14:textId="77777777" w:rsidR="006C3848" w:rsidRDefault="00000000">
            <w:pPr>
              <w:jc w:val="center"/>
            </w:pPr>
            <w:r>
              <w:rPr>
                <w:rFonts w:cs="Times New Roman"/>
              </w:rPr>
              <w:t>5</w:t>
            </w:r>
          </w:p>
        </w:tc>
      </w:tr>
      <w:tr w:rsidR="006C3848" w14:paraId="62172509"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1B785B68" w14:textId="77777777" w:rsidR="006C3848" w:rsidRPr="00E21035" w:rsidRDefault="00000000">
            <w:pPr>
              <w:rPr>
                <w:lang w:val="es-PE"/>
              </w:rPr>
            </w:pPr>
            <w:r w:rsidRPr="00E21035">
              <w:rPr>
                <w:rFonts w:cs="Times New Roman"/>
                <w:i/>
                <w:lang w:val="es-PE"/>
              </w:rPr>
              <w:t>17. He traicionado a mi pareja con otra(s) persona(s).</w:t>
            </w:r>
          </w:p>
        </w:tc>
        <w:tc>
          <w:tcPr>
            <w:tcW w:w="680" w:type="dxa"/>
            <w:tcBorders>
              <w:top w:val="single" w:sz="4" w:space="0" w:color="000000"/>
              <w:left w:val="single" w:sz="4" w:space="0" w:color="000000"/>
              <w:bottom w:val="single" w:sz="4" w:space="0" w:color="000000"/>
              <w:right w:val="single" w:sz="4" w:space="0" w:color="000000"/>
            </w:tcBorders>
            <w:vAlign w:val="center"/>
          </w:tcPr>
          <w:p w14:paraId="7357552F" w14:textId="77777777" w:rsidR="006C3848" w:rsidRDefault="00000000">
            <w:pPr>
              <w:jc w:val="center"/>
            </w:pPr>
            <w:r>
              <w:rPr>
                <w:rFonts w:cs="Times New Roman"/>
                <w:i/>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786BD2F3" w14:textId="77777777" w:rsidR="006C3848" w:rsidRDefault="00000000">
            <w:pPr>
              <w:jc w:val="center"/>
            </w:pPr>
            <w:r>
              <w:rPr>
                <w:rFonts w:cs="Times New Roman"/>
                <w:i/>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5B889D40" w14:textId="77777777" w:rsidR="006C3848" w:rsidRDefault="00000000">
            <w:pPr>
              <w:jc w:val="center"/>
            </w:pPr>
            <w:r>
              <w:rPr>
                <w:rFonts w:cs="Times New Roman"/>
                <w:i/>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23058C86" w14:textId="77777777" w:rsidR="006C3848" w:rsidRDefault="00000000">
            <w:pPr>
              <w:jc w:val="center"/>
            </w:pPr>
            <w:r>
              <w:rPr>
                <w:rFonts w:cs="Times New Roman"/>
                <w:i/>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26ECB637" w14:textId="77777777" w:rsidR="006C3848" w:rsidRDefault="00000000">
            <w:pPr>
              <w:jc w:val="center"/>
            </w:pPr>
            <w:r>
              <w:rPr>
                <w:rFonts w:cs="Times New Roman"/>
                <w:i/>
              </w:rPr>
              <w:t>5</w:t>
            </w:r>
          </w:p>
        </w:tc>
      </w:tr>
      <w:tr w:rsidR="006C3848" w14:paraId="6CBC16DB"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2CF4A7EE" w14:textId="77777777" w:rsidR="006C3848" w:rsidRPr="00E21035" w:rsidRDefault="00000000">
            <w:pPr>
              <w:rPr>
                <w:lang w:val="es-PE"/>
              </w:rPr>
            </w:pPr>
            <w:r w:rsidRPr="00E21035">
              <w:rPr>
                <w:rFonts w:cs="Times New Roman"/>
                <w:i/>
                <w:lang w:val="es-PE"/>
              </w:rPr>
              <w:t>18. He engañado a mi pareja con otra(s) persona(s).</w:t>
            </w:r>
          </w:p>
        </w:tc>
        <w:tc>
          <w:tcPr>
            <w:tcW w:w="680" w:type="dxa"/>
            <w:tcBorders>
              <w:top w:val="single" w:sz="4" w:space="0" w:color="000000"/>
              <w:left w:val="single" w:sz="4" w:space="0" w:color="000000"/>
              <w:bottom w:val="single" w:sz="4" w:space="0" w:color="000000"/>
              <w:right w:val="single" w:sz="4" w:space="0" w:color="000000"/>
            </w:tcBorders>
            <w:vAlign w:val="center"/>
          </w:tcPr>
          <w:p w14:paraId="40DB3140" w14:textId="77777777" w:rsidR="006C3848" w:rsidRDefault="00000000">
            <w:pPr>
              <w:jc w:val="center"/>
            </w:pPr>
            <w:r>
              <w:rPr>
                <w:rFonts w:cs="Times New Roman"/>
                <w:i/>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33FD2B48" w14:textId="77777777" w:rsidR="006C3848" w:rsidRDefault="00000000">
            <w:pPr>
              <w:jc w:val="center"/>
            </w:pPr>
            <w:r>
              <w:rPr>
                <w:rFonts w:cs="Times New Roman"/>
                <w:i/>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12724A7E" w14:textId="77777777" w:rsidR="006C3848" w:rsidRDefault="00000000">
            <w:pPr>
              <w:jc w:val="center"/>
            </w:pPr>
            <w:r>
              <w:rPr>
                <w:rFonts w:cs="Times New Roman"/>
                <w:i/>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45A07560" w14:textId="77777777" w:rsidR="006C3848" w:rsidRDefault="00000000">
            <w:pPr>
              <w:jc w:val="center"/>
            </w:pPr>
            <w:r>
              <w:rPr>
                <w:rFonts w:cs="Times New Roman"/>
                <w:i/>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37C3C728" w14:textId="77777777" w:rsidR="006C3848" w:rsidRDefault="00000000">
            <w:pPr>
              <w:jc w:val="center"/>
            </w:pPr>
            <w:r>
              <w:rPr>
                <w:rFonts w:cs="Times New Roman"/>
                <w:i/>
              </w:rPr>
              <w:t>5</w:t>
            </w:r>
          </w:p>
        </w:tc>
      </w:tr>
      <w:tr w:rsidR="006C3848" w14:paraId="0BF5D9F3"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06C5BAC9" w14:textId="77777777" w:rsidR="006C3848" w:rsidRPr="00E21035" w:rsidRDefault="00000000">
            <w:pPr>
              <w:rPr>
                <w:lang w:val="es-PE"/>
              </w:rPr>
            </w:pPr>
            <w:r w:rsidRPr="00E21035">
              <w:rPr>
                <w:rFonts w:cs="Times New Roman"/>
                <w:lang w:val="es-PE"/>
              </w:rPr>
              <w:t>19. He tenido sexo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6A9B61CC"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6603B276"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36E25387"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23AB22C8"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77622A18" w14:textId="77777777" w:rsidR="006C3848" w:rsidRDefault="00000000">
            <w:pPr>
              <w:jc w:val="center"/>
            </w:pPr>
            <w:r>
              <w:rPr>
                <w:rFonts w:cs="Times New Roman"/>
              </w:rPr>
              <w:t>5</w:t>
            </w:r>
          </w:p>
        </w:tc>
      </w:tr>
      <w:tr w:rsidR="006C3848" w14:paraId="294C3DC2" w14:textId="77777777">
        <w:trPr>
          <w:jc w:val="center"/>
        </w:trPr>
        <w:tc>
          <w:tcPr>
            <w:tcW w:w="5386" w:type="dxa"/>
            <w:tcBorders>
              <w:top w:val="single" w:sz="4" w:space="0" w:color="000000"/>
              <w:left w:val="single" w:sz="4" w:space="0" w:color="000000"/>
              <w:bottom w:val="single" w:sz="4" w:space="0" w:color="000000"/>
              <w:right w:val="single" w:sz="4" w:space="0" w:color="000000"/>
            </w:tcBorders>
            <w:vAlign w:val="center"/>
          </w:tcPr>
          <w:p w14:paraId="71B7033C" w14:textId="77777777" w:rsidR="006C3848" w:rsidRPr="00E21035" w:rsidRDefault="00000000">
            <w:pPr>
              <w:rPr>
                <w:lang w:val="es-PE"/>
              </w:rPr>
            </w:pPr>
            <w:r w:rsidRPr="00E21035">
              <w:rPr>
                <w:rFonts w:cs="Times New Roman"/>
                <w:lang w:val="es-PE"/>
              </w:rPr>
              <w:t>20. He deseado tener sexo con otra(s) persona(s) además de mi pareja.</w:t>
            </w:r>
          </w:p>
        </w:tc>
        <w:tc>
          <w:tcPr>
            <w:tcW w:w="680" w:type="dxa"/>
            <w:tcBorders>
              <w:top w:val="single" w:sz="4" w:space="0" w:color="000000"/>
              <w:left w:val="single" w:sz="4" w:space="0" w:color="000000"/>
              <w:bottom w:val="single" w:sz="4" w:space="0" w:color="000000"/>
              <w:right w:val="single" w:sz="4" w:space="0" w:color="000000"/>
            </w:tcBorders>
            <w:vAlign w:val="center"/>
          </w:tcPr>
          <w:p w14:paraId="15040B56" w14:textId="77777777" w:rsidR="006C3848" w:rsidRDefault="00000000">
            <w:pPr>
              <w:jc w:val="center"/>
            </w:pPr>
            <w:r>
              <w:rPr>
                <w:rFonts w:cs="Times New Roman"/>
              </w:rPr>
              <w:t>1</w:t>
            </w:r>
          </w:p>
        </w:tc>
        <w:tc>
          <w:tcPr>
            <w:tcW w:w="680" w:type="dxa"/>
            <w:tcBorders>
              <w:top w:val="single" w:sz="4" w:space="0" w:color="000000"/>
              <w:left w:val="single" w:sz="4" w:space="0" w:color="000000"/>
              <w:bottom w:val="single" w:sz="4" w:space="0" w:color="000000"/>
              <w:right w:val="single" w:sz="4" w:space="0" w:color="000000"/>
            </w:tcBorders>
            <w:vAlign w:val="center"/>
          </w:tcPr>
          <w:p w14:paraId="5733A381" w14:textId="77777777" w:rsidR="006C3848" w:rsidRDefault="00000000">
            <w:pPr>
              <w:jc w:val="center"/>
            </w:pPr>
            <w:r>
              <w:rPr>
                <w:rFonts w:cs="Times New Roman"/>
              </w:rPr>
              <w:t>2</w:t>
            </w:r>
          </w:p>
        </w:tc>
        <w:tc>
          <w:tcPr>
            <w:tcW w:w="680" w:type="dxa"/>
            <w:tcBorders>
              <w:top w:val="single" w:sz="4" w:space="0" w:color="000000"/>
              <w:left w:val="single" w:sz="4" w:space="0" w:color="000000"/>
              <w:bottom w:val="single" w:sz="4" w:space="0" w:color="000000"/>
              <w:right w:val="single" w:sz="4" w:space="0" w:color="000000"/>
            </w:tcBorders>
            <w:vAlign w:val="center"/>
          </w:tcPr>
          <w:p w14:paraId="73146DB8" w14:textId="77777777" w:rsidR="006C3848" w:rsidRDefault="00000000">
            <w:pPr>
              <w:jc w:val="center"/>
            </w:pPr>
            <w:r>
              <w:rPr>
                <w:rFonts w:cs="Times New Roman"/>
              </w:rPr>
              <w:t>3</w:t>
            </w:r>
          </w:p>
        </w:tc>
        <w:tc>
          <w:tcPr>
            <w:tcW w:w="680" w:type="dxa"/>
            <w:tcBorders>
              <w:top w:val="single" w:sz="4" w:space="0" w:color="000000"/>
              <w:left w:val="single" w:sz="4" w:space="0" w:color="000000"/>
              <w:bottom w:val="single" w:sz="4" w:space="0" w:color="000000"/>
              <w:right w:val="single" w:sz="4" w:space="0" w:color="000000"/>
            </w:tcBorders>
            <w:vAlign w:val="center"/>
          </w:tcPr>
          <w:p w14:paraId="71C20E39" w14:textId="77777777" w:rsidR="006C3848" w:rsidRDefault="00000000">
            <w:pPr>
              <w:jc w:val="center"/>
            </w:pPr>
            <w:r>
              <w:rPr>
                <w:rFonts w:cs="Times New Roman"/>
              </w:rPr>
              <w:t>4</w:t>
            </w:r>
          </w:p>
        </w:tc>
        <w:tc>
          <w:tcPr>
            <w:tcW w:w="680" w:type="dxa"/>
            <w:tcBorders>
              <w:top w:val="single" w:sz="4" w:space="0" w:color="000000"/>
              <w:left w:val="single" w:sz="4" w:space="0" w:color="000000"/>
              <w:bottom w:val="single" w:sz="4" w:space="0" w:color="000000"/>
              <w:right w:val="single" w:sz="4" w:space="0" w:color="000000"/>
            </w:tcBorders>
            <w:vAlign w:val="center"/>
          </w:tcPr>
          <w:p w14:paraId="3CA88D94" w14:textId="77777777" w:rsidR="006C3848" w:rsidRDefault="00000000">
            <w:pPr>
              <w:jc w:val="center"/>
            </w:pPr>
            <w:r>
              <w:rPr>
                <w:rFonts w:cs="Times New Roman"/>
              </w:rPr>
              <w:t>5</w:t>
            </w:r>
          </w:p>
        </w:tc>
      </w:tr>
    </w:tbl>
    <w:p w14:paraId="6A96FDBA" w14:textId="77777777" w:rsidR="006C3848" w:rsidRPr="00E21035" w:rsidRDefault="00000000">
      <w:pPr>
        <w:rPr>
          <w:lang w:val="es-PE"/>
        </w:rPr>
      </w:pPr>
      <w:r w:rsidRPr="00E21035">
        <w:rPr>
          <w:rFonts w:cs="Times New Roman"/>
          <w:b/>
          <w:i/>
          <w:lang w:val="es-PE"/>
        </w:rPr>
        <w:t xml:space="preserve">Nota. </w:t>
      </w:r>
      <w:r w:rsidRPr="00E21035">
        <w:rPr>
          <w:rFonts w:cs="Times New Roman"/>
          <w:i/>
          <w:lang w:val="es-PE"/>
        </w:rPr>
        <w:t>Los ítems presentados en cursiva (11, 14, 17 y 18) fueron eliminados en la versión corta validada (MII-S) mediante psicometría de redes; no se puntúan en el cálculo de las subescalas.</w:t>
      </w:r>
    </w:p>
    <w:p w14:paraId="3D90AEFF" w14:textId="77777777" w:rsidR="006C3848" w:rsidRDefault="006C3848">
      <w:pPr>
        <w:rPr>
          <w:lang w:val="es-PE"/>
        </w:rPr>
      </w:pPr>
    </w:p>
    <w:p w14:paraId="16FFE452" w14:textId="77777777" w:rsidR="00AE16A6" w:rsidRDefault="00AE16A6">
      <w:pPr>
        <w:rPr>
          <w:lang w:val="es-PE"/>
        </w:rPr>
      </w:pPr>
    </w:p>
    <w:p w14:paraId="3E8DA8A2" w14:textId="77777777" w:rsidR="00E21035" w:rsidRPr="00E21035" w:rsidRDefault="00E21035">
      <w:pPr>
        <w:rPr>
          <w:lang w:val="es-PE"/>
        </w:rPr>
      </w:pPr>
    </w:p>
    <w:p w14:paraId="72965216" w14:textId="77777777" w:rsidR="006C3848" w:rsidRPr="00E21035" w:rsidRDefault="00000000">
      <w:pPr>
        <w:rPr>
          <w:lang w:val="es-PE"/>
        </w:rPr>
      </w:pPr>
      <w:r w:rsidRPr="00E21035">
        <w:rPr>
          <w:rFonts w:cs="Times New Roman"/>
          <w:b/>
          <w:lang w:val="es-PE"/>
        </w:rPr>
        <w:lastRenderedPageBreak/>
        <w:t>Dimensiones (ítems puntuables en el MII-S):</w:t>
      </w:r>
    </w:p>
    <w:p w14:paraId="0BD813F3" w14:textId="77777777" w:rsidR="006C3848" w:rsidRPr="00E21035" w:rsidRDefault="00000000">
      <w:pPr>
        <w:rPr>
          <w:lang w:val="es-PE"/>
        </w:rPr>
      </w:pPr>
      <w:r w:rsidRPr="00E21035">
        <w:rPr>
          <w:rFonts w:cs="Times New Roman"/>
          <w:b/>
          <w:lang w:val="es-PE"/>
        </w:rPr>
        <w:t xml:space="preserve">• Deseo de infidelidad emocional: </w:t>
      </w:r>
      <w:r w:rsidRPr="00E21035">
        <w:rPr>
          <w:rFonts w:cs="Times New Roman"/>
          <w:lang w:val="es-PE"/>
        </w:rPr>
        <w:t>ítems 1, 7, 8 y 16.</w:t>
      </w:r>
    </w:p>
    <w:p w14:paraId="7B8211CA" w14:textId="77777777" w:rsidR="006C3848" w:rsidRPr="00E21035" w:rsidRDefault="00000000">
      <w:pPr>
        <w:rPr>
          <w:lang w:val="es-PE"/>
        </w:rPr>
      </w:pPr>
      <w:r w:rsidRPr="00E21035">
        <w:rPr>
          <w:rFonts w:cs="Times New Roman"/>
          <w:b/>
          <w:lang w:val="es-PE"/>
        </w:rPr>
        <w:t xml:space="preserve">• Infidelidad emocional: </w:t>
      </w:r>
      <w:r w:rsidRPr="00E21035">
        <w:rPr>
          <w:rFonts w:cs="Times New Roman"/>
          <w:lang w:val="es-PE"/>
        </w:rPr>
        <w:t>ítems 2, 3, 4, 5 y 6.</w:t>
      </w:r>
    </w:p>
    <w:p w14:paraId="47F15B48" w14:textId="77777777" w:rsidR="006C3848" w:rsidRPr="00E21035" w:rsidRDefault="00000000">
      <w:pPr>
        <w:rPr>
          <w:lang w:val="es-PE"/>
        </w:rPr>
      </w:pPr>
      <w:r w:rsidRPr="00E21035">
        <w:rPr>
          <w:rFonts w:cs="Times New Roman"/>
          <w:b/>
          <w:lang w:val="es-PE"/>
        </w:rPr>
        <w:t xml:space="preserve">• Infidelidad sexual: </w:t>
      </w:r>
      <w:r w:rsidRPr="00E21035">
        <w:rPr>
          <w:rFonts w:cs="Times New Roman"/>
          <w:lang w:val="es-PE"/>
        </w:rPr>
        <w:t>ítems 9, 10 y 19.</w:t>
      </w:r>
    </w:p>
    <w:p w14:paraId="1147BE63" w14:textId="77777777" w:rsidR="006C3848" w:rsidRPr="00E21035" w:rsidRDefault="00000000">
      <w:pPr>
        <w:rPr>
          <w:lang w:val="es-PE"/>
        </w:rPr>
      </w:pPr>
      <w:r w:rsidRPr="00E21035">
        <w:rPr>
          <w:rFonts w:cs="Times New Roman"/>
          <w:b/>
          <w:lang w:val="es-PE"/>
        </w:rPr>
        <w:t xml:space="preserve">• Deseo de infidelidad sexual: </w:t>
      </w:r>
      <w:r w:rsidRPr="00E21035">
        <w:rPr>
          <w:rFonts w:cs="Times New Roman"/>
          <w:lang w:val="es-PE"/>
        </w:rPr>
        <w:t>ítems 12, 13, 15 y 20.</w:t>
      </w:r>
    </w:p>
    <w:p w14:paraId="085F9EA8" w14:textId="77777777" w:rsidR="006C3848" w:rsidRPr="00E21035" w:rsidRDefault="006C3848">
      <w:pPr>
        <w:rPr>
          <w:lang w:val="es-PE"/>
        </w:rPr>
      </w:pPr>
    </w:p>
    <w:p w14:paraId="57563978" w14:textId="77777777" w:rsidR="006C3848" w:rsidRPr="00E21035" w:rsidRDefault="00000000">
      <w:pPr>
        <w:rPr>
          <w:lang w:val="es-PE"/>
        </w:rPr>
      </w:pPr>
      <w:r w:rsidRPr="00E21035">
        <w:rPr>
          <w:rFonts w:cs="Times New Roman"/>
          <w:b/>
          <w:lang w:val="es-PE"/>
        </w:rPr>
        <w:t>Sobre la validación:</w:t>
      </w:r>
    </w:p>
    <w:p w14:paraId="21E79167" w14:textId="024AC01F" w:rsidR="006C3848" w:rsidRPr="00E21035" w:rsidRDefault="00000000">
      <w:pPr>
        <w:rPr>
          <w:lang w:val="es-PE"/>
        </w:rPr>
      </w:pPr>
      <w:r w:rsidRPr="00E21035">
        <w:rPr>
          <w:rFonts w:cs="Times New Roman"/>
          <w:lang w:val="es-PE"/>
        </w:rPr>
        <w:t>El inventario original de Romero-Palencia et al. (2007) está compuesto por 20 ítems. Tras el análisis de psicometría de redes realizado en población peruana (</w:t>
      </w:r>
      <w:proofErr w:type="spellStart"/>
      <w:r w:rsidRPr="00E21035">
        <w:rPr>
          <w:rFonts w:cs="Times New Roman"/>
          <w:lang w:val="es-PE"/>
        </w:rPr>
        <w:t>Exploratory</w:t>
      </w:r>
      <w:proofErr w:type="spellEnd"/>
      <w:r w:rsidRPr="00E21035">
        <w:rPr>
          <w:rFonts w:cs="Times New Roman"/>
          <w:lang w:val="es-PE"/>
        </w:rPr>
        <w:t xml:space="preserve"> Graph </w:t>
      </w:r>
      <w:proofErr w:type="spellStart"/>
      <w:r w:rsidRPr="00E21035">
        <w:rPr>
          <w:rFonts w:cs="Times New Roman"/>
          <w:lang w:val="es-PE"/>
        </w:rPr>
        <w:t>Analysis</w:t>
      </w:r>
      <w:proofErr w:type="spellEnd"/>
      <w:r w:rsidRPr="00E21035">
        <w:rPr>
          <w:rFonts w:cs="Times New Roman"/>
          <w:lang w:val="es-PE"/>
        </w:rPr>
        <w:t>), se retiraron cuatro ítems (11, 14, 17 y 18) por presentar baja consistencia estructural, estabilidad insuficiente y/o pertenencia ambigua a las comunidades identificadas. La versión final validada (MII-S) quedó conformada por 16 ítems agrupados en cuatro dimensiones.</w:t>
      </w:r>
    </w:p>
    <w:p w14:paraId="4BC1E9F8" w14:textId="77777777" w:rsidR="006C3848" w:rsidRPr="00E21035" w:rsidRDefault="006C3848">
      <w:pPr>
        <w:rPr>
          <w:lang w:val="es-PE"/>
        </w:rPr>
      </w:pPr>
    </w:p>
    <w:p w14:paraId="6939A8DB" w14:textId="77777777" w:rsidR="006C3848" w:rsidRPr="00E21035" w:rsidRDefault="00000000">
      <w:pPr>
        <w:rPr>
          <w:lang w:val="es-PE"/>
        </w:rPr>
      </w:pPr>
      <w:r w:rsidRPr="00E21035">
        <w:rPr>
          <w:rFonts w:cs="Times New Roman"/>
          <w:b/>
          <w:lang w:val="es-PE"/>
        </w:rPr>
        <w:t>Cómo citar:</w:t>
      </w:r>
    </w:p>
    <w:p w14:paraId="4CDD39A3" w14:textId="0861C114" w:rsidR="006C3848" w:rsidRPr="009D2288" w:rsidRDefault="009D2288">
      <w:r w:rsidRPr="009D2288">
        <w:rPr>
          <w:rFonts w:cs="Times New Roman"/>
          <w:lang w:val="es-PE"/>
        </w:rPr>
        <w:t xml:space="preserve">Ventura-León, J., Sánchez-Villena, A. R., Lino-Cruz, C., Tocto-Muñoz, S., </w:t>
      </w:r>
      <w:proofErr w:type="spellStart"/>
      <w:r w:rsidRPr="009D2288">
        <w:rPr>
          <w:rFonts w:cs="Times New Roman"/>
          <w:lang w:val="es-PE"/>
        </w:rPr>
        <w:t>Martinez</w:t>
      </w:r>
      <w:proofErr w:type="spellEnd"/>
      <w:r w:rsidRPr="009D2288">
        <w:rPr>
          <w:rFonts w:cs="Times New Roman"/>
          <w:lang w:val="es-PE"/>
        </w:rPr>
        <w:t xml:space="preserve">-Munive, R., Talledo-Sánchez, K., &amp; Casiano-Valdivieso, K. (en revisión). </w:t>
      </w:r>
      <w:r w:rsidRPr="009D2288">
        <w:rPr>
          <w:rFonts w:cs="Times New Roman"/>
          <w:i/>
          <w:iCs/>
        </w:rPr>
        <w:t>Validation of the Multidimensional Infidelity Inventory (MII-S) in Peruvian individuals in romantic relationships: A network psychometric approach</w:t>
      </w:r>
      <w:r w:rsidRPr="009D2288">
        <w:rPr>
          <w:rFonts w:cs="Times New Roman"/>
        </w:rPr>
        <w:t xml:space="preserve"> [</w:t>
      </w:r>
      <w:proofErr w:type="spellStart"/>
      <w:r w:rsidRPr="009D2288">
        <w:rPr>
          <w:rFonts w:cs="Times New Roman"/>
        </w:rPr>
        <w:t>Manuscrito</w:t>
      </w:r>
      <w:proofErr w:type="spellEnd"/>
      <w:r w:rsidRPr="009D2288">
        <w:rPr>
          <w:rFonts w:cs="Times New Roman"/>
        </w:rPr>
        <w:t xml:space="preserve"> </w:t>
      </w:r>
      <w:proofErr w:type="spellStart"/>
      <w:r w:rsidRPr="009D2288">
        <w:rPr>
          <w:rFonts w:cs="Times New Roman"/>
        </w:rPr>
        <w:t>sometido</w:t>
      </w:r>
      <w:proofErr w:type="spellEnd"/>
      <w:r w:rsidRPr="009D2288">
        <w:rPr>
          <w:rFonts w:cs="Times New Roman"/>
        </w:rPr>
        <w:t xml:space="preserve"> a </w:t>
      </w:r>
      <w:proofErr w:type="spellStart"/>
      <w:r w:rsidRPr="009D2288">
        <w:rPr>
          <w:rFonts w:cs="Times New Roman"/>
        </w:rPr>
        <w:t>evaluación</w:t>
      </w:r>
      <w:proofErr w:type="spellEnd"/>
      <w:r w:rsidRPr="009D2288">
        <w:rPr>
          <w:rFonts w:cs="Times New Roman"/>
        </w:rPr>
        <w:t xml:space="preserve"> en </w:t>
      </w:r>
      <w:proofErr w:type="spellStart"/>
      <w:r w:rsidRPr="009D2288">
        <w:rPr>
          <w:rFonts w:cs="Times New Roman"/>
        </w:rPr>
        <w:t>una</w:t>
      </w:r>
      <w:proofErr w:type="spellEnd"/>
      <w:r w:rsidRPr="009D2288">
        <w:rPr>
          <w:rFonts w:cs="Times New Roman"/>
        </w:rPr>
        <w:t xml:space="preserve"> </w:t>
      </w:r>
      <w:proofErr w:type="spellStart"/>
      <w:r w:rsidRPr="009D2288">
        <w:rPr>
          <w:rFonts w:cs="Times New Roman"/>
        </w:rPr>
        <w:t>revista</w:t>
      </w:r>
      <w:proofErr w:type="spellEnd"/>
      <w:r w:rsidRPr="009D2288">
        <w:rPr>
          <w:rFonts w:cs="Times New Roman"/>
        </w:rPr>
        <w:t xml:space="preserve"> </w:t>
      </w:r>
      <w:proofErr w:type="spellStart"/>
      <w:r w:rsidRPr="009D2288">
        <w:rPr>
          <w:rFonts w:cs="Times New Roman"/>
        </w:rPr>
        <w:t>científica</w:t>
      </w:r>
      <w:proofErr w:type="spellEnd"/>
      <w:r w:rsidRPr="009D2288">
        <w:rPr>
          <w:rFonts w:cs="Times New Roman"/>
        </w:rPr>
        <w:t xml:space="preserve"> </w:t>
      </w:r>
      <w:proofErr w:type="spellStart"/>
      <w:r w:rsidRPr="009D2288">
        <w:rPr>
          <w:rFonts w:cs="Times New Roman"/>
        </w:rPr>
        <w:t>indexada</w:t>
      </w:r>
      <w:proofErr w:type="spellEnd"/>
      <w:r w:rsidRPr="009D2288">
        <w:rPr>
          <w:rFonts w:cs="Times New Roman"/>
        </w:rPr>
        <w:t>].</w:t>
      </w:r>
    </w:p>
    <w:p w14:paraId="5DF8F010" w14:textId="77777777" w:rsidR="006C3848" w:rsidRPr="00E21035" w:rsidRDefault="00000000">
      <w:pPr>
        <w:rPr>
          <w:lang w:val="es-PE"/>
        </w:rPr>
      </w:pPr>
      <w:r w:rsidRPr="00E21035">
        <w:rPr>
          <w:rFonts w:cs="Times New Roman"/>
          <w:b/>
          <w:lang w:val="es-PE"/>
        </w:rPr>
        <w:t>Instrumento original:</w:t>
      </w:r>
    </w:p>
    <w:p w14:paraId="321E8B73" w14:textId="77777777" w:rsidR="006C3848" w:rsidRDefault="00000000">
      <w:r w:rsidRPr="00E21035">
        <w:rPr>
          <w:rFonts w:cs="Times New Roman"/>
          <w:lang w:val="es-PE"/>
        </w:rPr>
        <w:t xml:space="preserve">Romero-Palencia, A., Rivera-Aragón, S., &amp; Díaz-Loving, R. (2007). Desarrollo del Inventario Multidimensional de Infidelidad (IMIN). </w:t>
      </w:r>
      <w:r>
        <w:rPr>
          <w:rFonts w:cs="Times New Roman"/>
          <w:i/>
        </w:rPr>
        <w:t xml:space="preserve">Revista Iberoamericana de </w:t>
      </w:r>
      <w:proofErr w:type="spellStart"/>
      <w:r>
        <w:rPr>
          <w:rFonts w:cs="Times New Roman"/>
          <w:i/>
        </w:rPr>
        <w:t>Diagnóstico</w:t>
      </w:r>
      <w:proofErr w:type="spellEnd"/>
      <w:r>
        <w:rPr>
          <w:rFonts w:cs="Times New Roman"/>
          <w:i/>
        </w:rPr>
        <w:t xml:space="preserve"> y </w:t>
      </w:r>
      <w:proofErr w:type="spellStart"/>
      <w:r>
        <w:rPr>
          <w:rFonts w:cs="Times New Roman"/>
          <w:i/>
        </w:rPr>
        <w:t>Evaluación</w:t>
      </w:r>
      <w:proofErr w:type="spellEnd"/>
      <w:r>
        <w:rPr>
          <w:rFonts w:cs="Times New Roman"/>
          <w:i/>
        </w:rPr>
        <w:t xml:space="preserve"> </w:t>
      </w:r>
      <w:proofErr w:type="spellStart"/>
      <w:r>
        <w:rPr>
          <w:rFonts w:cs="Times New Roman"/>
          <w:i/>
        </w:rPr>
        <w:t>Psicológica</w:t>
      </w:r>
      <w:proofErr w:type="spellEnd"/>
      <w:r>
        <w:rPr>
          <w:rFonts w:cs="Times New Roman"/>
          <w:i/>
        </w:rPr>
        <w:t>, 23</w:t>
      </w:r>
      <w:r>
        <w:rPr>
          <w:rFonts w:cs="Times New Roman"/>
        </w:rPr>
        <w:t>(1), 121–147.</w:t>
      </w:r>
    </w:p>
    <w:sectPr w:rsidR="006C3848"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914469295">
    <w:abstractNumId w:val="8"/>
  </w:num>
  <w:num w:numId="2" w16cid:durableId="1453356248">
    <w:abstractNumId w:val="6"/>
  </w:num>
  <w:num w:numId="3" w16cid:durableId="1635283888">
    <w:abstractNumId w:val="5"/>
  </w:num>
  <w:num w:numId="4" w16cid:durableId="1967008313">
    <w:abstractNumId w:val="4"/>
  </w:num>
  <w:num w:numId="5" w16cid:durableId="2120176140">
    <w:abstractNumId w:val="7"/>
  </w:num>
  <w:num w:numId="6" w16cid:durableId="1649239250">
    <w:abstractNumId w:val="3"/>
  </w:num>
  <w:num w:numId="7" w16cid:durableId="1013845932">
    <w:abstractNumId w:val="2"/>
  </w:num>
  <w:num w:numId="8" w16cid:durableId="2052458237">
    <w:abstractNumId w:val="1"/>
  </w:num>
  <w:num w:numId="9" w16cid:durableId="114461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D1E"/>
    <w:rsid w:val="0015074B"/>
    <w:rsid w:val="0029639D"/>
    <w:rsid w:val="00326F90"/>
    <w:rsid w:val="006C3848"/>
    <w:rsid w:val="009D2288"/>
    <w:rsid w:val="00AA1D8D"/>
    <w:rsid w:val="00AE16A6"/>
    <w:rsid w:val="00B47730"/>
    <w:rsid w:val="00B649C1"/>
    <w:rsid w:val="00CB0664"/>
    <w:rsid w:val="00DD40ED"/>
    <w:rsid w:val="00E21035"/>
    <w:rsid w:val="00F54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1C4EF"/>
  <w14:defaultImageDpi w14:val="300"/>
  <w15:docId w15:val="{F71B10D9-01B5-460F-92E0-E9C4F5C5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3408</Characters>
  <Application>Microsoft Office Word</Application>
  <DocSecurity>0</DocSecurity>
  <Lines>77</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Ventura</cp:lastModifiedBy>
  <cp:revision>6</cp:revision>
  <dcterms:created xsi:type="dcterms:W3CDTF">2013-12-23T23:15:00Z</dcterms:created>
  <dcterms:modified xsi:type="dcterms:W3CDTF">2026-04-18T12:18:00Z</dcterms:modified>
  <cp:category/>
</cp:coreProperties>
</file>